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נקודת המפנה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התמדה, סבלנות והנחות מוקדמות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בעל פה ובכתב של רגשות ומסקנות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ראש הר, ליד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כמבחן קשוח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סיבה פשוטה יותר ממה שהנער 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הסרט -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מחכה ימים ולילות ולא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הנושאים המרכזיים בסרט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המקדש נמצא על ראש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הסרט כמעט בלי מילים, והגילוי מתרחש בלי הסבר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הנחה מוקדמת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(להמשיך לנסות גם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(לחכות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(העברת מידע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(מחשבה שחושבים שהיא נכונה בלי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(ההבנה שלנו למה שאנחנו רואים)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הנער מטפס עד המקדש שעל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שולח את הנער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הנער מחכה בשער ימים ולילות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הנער מפרש את מעשה המורה כמבחן קשוח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מתגלה הסיבה האמיתית, הפשוטה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לראות בתנועות שלו שהוא מאוכזב או מבולבל, אבל הוא 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למשל, אם היה שואל שאלה או בודק את ההנחה שלו במקום להניח שזה 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שולח את הנער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הנער חשב שזה מבחן קשוח, אבל התגלתה סיבה פשוטה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של הערך - לא לוותר ולבדוק דברים לפני שמסיקים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לעצור את הסרט ממש לפני הגילוי בסוף ולבקש מהתלמידים לנחש למה המורה שלח את הנער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לכל תלמיד לומר את התשובה בעל פה לפני הכתיבה, ולהשתמש במחסן מילים למי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הדיון למצבים אישיים של התלמידים שבהם הם המשיכו לנסות למרות קושי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העלילה והרעיונות המרכזיים בסרט על הנער שמטפס להר כדי ללמוד אצל המורה הזקן, ומגלה בסוף סיבה פשוטה יותר ממה שחשב.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מתרחש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הומה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ראש הר, ליד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ביער עבות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הנער מטפס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לטייל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לחפש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המורה עושה כשהנער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מזמין אותו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הנער מפרש את מעשה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כמבחן 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כטעות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כעונש על משהו שעשה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מתגלה בסוף הסרט?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שהמורה כועס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פשוטה יותר ממה שהנער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שהנער טעה בדרך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באמת מקדש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כמעט בלי מילים ומבוסס בעיקר על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ועוזב כבר אחרי יום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עוסק גם בבדיקת הנחות 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מגיע למקדש שנמצא בתוך 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הסרט המורה מסביר הכל במילים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מטפס עד ה__________ שעל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__________ את הנער משם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הנער מחליט ל__________ בשער ולא לוותר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כשאנחנו חושבים שאנחנו יודעים משהו בלי לבדוק,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ההבנה שלנו למה שאנחנו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העברת מידע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מחשבה שחושבים שהיא נכונה בלי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הנחה מוקדמת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להמשיך לנסות גם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לחכות בלי לכעוס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מפרש את מעשה המורה כמבחן קשוח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מטפס עד המקדש שעל ראש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שולח את הנער משם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הסיבה האמיתית, הפשוטה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מחכה בשער ימים ולילות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הנער מרגיש כשהמורה שולח אותו? איך אתם יודעים?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יכול לחסוך לנער את כל ההמתנה?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המורה עושה כשהנער מגיע למקדש?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הנחה מוקדמת היתה לנער, ומה התברר בסוף?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לומדים מהסרט על התמדה וסבלנות?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