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התלמיד שחיכה בשער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הסרט ואת נקודת המפנה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המושגים התמדה, סבלנות והנחות מוקדמות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בעל פה ובכתב של רגשות ומסקנות מהסרט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ראש הר, ליד 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ללמוד אצל המורה הזקן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שולח אותו משם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כמבחן קשוח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סיבה פשוטה יותר ממה שהנער 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הסרט - כמעט בלי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מחכה ימים ולילות ולא מוותר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אחד הנושאים המרכזיים בסרט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המקדש נמצא על ראש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הסרט כמעט בלי מילים, והגילוי מתרחש בלי הסבר ארוך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הנחה מוקדמת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(להמשיך לנסות גם כשקשה)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(לחכות בלי לכעוס)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(העברת מידע בין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(מחשבה שחושבים שהיא נכונה בלי לבדוק)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(ההבנה שלנו למה שאנחנו רואים)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הנער מטפס עד המקדש שעל 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שולח את הנער משם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הנער מחכה בשער ימים ולילות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הנער מפרש את מעשה המורה כמבחן קשוח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מתגלה הסיבה האמיתית, הפשוטה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לראות בתנועות שלו שהוא מאוכזב או מבולבל, אבל הוא לא מוותר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למשל, אם היה שואל שאלה או בודק את ההנחה שלו במקום להניח שזה מבחן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שולח את הנער משם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הנער חשב שזה מבחן קשוח, אבל התגלתה סיבה פשוטה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שמראה הבנה של הערך - לא לוותר ולבדוק דברים לפני שמסיקים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לעצור את הסרט ממש לפני הגילוי בסוף ולבקש מהתלמידים לנחש למה המורה שלח את הנער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לכל תלמיד לומר את התשובה בעל פה לפני הכתיבה, ולהשתמש במחסן מילים למי שצריך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הדיון למצבים אישיים של התלמידים שבהם הם המשיכו לנסות למרות קושי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התלמיד שחיכה בשער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נענה על שאלות קלות על הסרט על הנער שמחכה בשער. הוא רוצה ללמוד, אבל המורה שולח אותו - ואנחנו נבין 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לנסות גם כשקשה או לוקח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לחכות בלי לכעוס ובלי לוותר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תקשורת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העברת מידע או רגשות בין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 מוקדמת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שחושבים שהיא נכונה בלי לבדוק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ההבנה שלנו למה שאנחנו רואים או שומעים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מבחן קשוח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או מצב קשה שבודקים בו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גילוי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כשמבינים דבר חדש שלא ידענו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קורה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בעיר הומה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ראש הר, ליד 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ביער עבות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הנער מגיע להר?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לטייל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ללמוד אצל המורה הזקן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לחפש 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לברוח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המורה עושה לנער?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מלמד אותו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 אותו משם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נותן לו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מזמין אותו 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הנער חושב שקורה 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כמבחן קשוח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כטעות של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כעונש על משהו שעשה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בסוף הסרט?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שהמורה כועס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 פשוטה יותר ממה שהנער 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שהנער טעה בדרך להר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באמת מקדש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 כמעט בלי מילים ומבוסס בעיקר על תמונות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מוותר ועוזב כבר אחרי יום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 עוסק גם בבדיקת הנחות מוקדמות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מגיע למקדש שנמצא בתוך הים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הסרט המורה מסביר הכל במילים ארוכות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הנער מטפס עד ה__________ שעל ראש ההר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המורה __________ את הנער משם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הנער מחליט ל__________ בשער ולא לוותר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כשאנחנו חושבים שאנחנו יודעים משהו בלי לבדוק, זו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לחכות בלי לכעוס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להמשיך לנסות גם כשקשה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מחשבה שחושבים שהיא נכונה בלי לבדוק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הנחה מוקדמת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ההבנה שלנו למה שאנחנו רואים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פרשנות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העברת מידע בין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שולח את הנער משם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מחכה בשער ימים ולילות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מתגלה הסיבה האמיתית, הפשוטה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מטפס עד המקדש שעל ראש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מפרש את מעשה המורה כמבחן קשוח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הנער מרגיש כשהמורה שולח אותו? איך אתם יודעים?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יכול לחסוך לנער את כל ההמתנה?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המורה עושה כשהנער מגיע למקדש?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הנחה מוקדמת היתה לנער, ומה התברר בסוף?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לומדים מהסרט על התמדה וסבלנות?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התלמיד שחיכה בשער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