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הסרט ואת נקודת המפנה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התמדה, סבלנות והנחות מוקדמות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בעל פה ובכתב של רגשות ומסקנות מהסרט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ראש הר, ליד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 אותו משם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הסרט - כמעט בלי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מחכה ימים ולילות ולא מוותר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(להמשיך לנסות גם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(לחכות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(העברת מידע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(מחשבה שחושבים שהיא נכונה בלי לבדוק)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הנער מטפס עד המקדש שעל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שולח את הנער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הנער מחכה בשער ימים ולילות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הנער מפרש את מעשה המורה כמבחן קשוח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לראות בתנועות שלו שהוא מאוכזב או מבולבל, אבל הוא לא מוותר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שולח את הנער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הנער חשב שזה מבחן קשוח, אבל התגלתה סיבה פשוטה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של הערך - לא לוותר ולבדוק דברים לפני שמסיקים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את הסרט ממש לפני הגילוי בסוף ולבקש מהתלמידים לנחש למה המורה שלח את הנער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לכל תלמיד לומר את התשובה בעל פה לפני הכתיבה, ולהשתמש במחסן מילים למי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הדיון למצבים אישיים של התלמידים שבהם הם המשיכו לנסות למרות קושי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העלילה והרעיונות המרכזיים בסרט על הנער שמטפס להר כדי ללמוד אצל המורה הזקן, ומגלה בסוף סיבה פשוטה יותר ממה שחשב.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מקדש  ·  שולח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מתרחש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בעיר הומה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ראש הר, ליד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הנער מטפס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לטייל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לחפש 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המורה עושה כשהנער מגיע?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נותן לו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 כמעט בלי מילים ומבוסס בעיקר על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מוותר ועוזב כבר אחרי יום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הנער מטפס עד ה__________ שעל 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המורה __________ את הנער משם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העברת מידע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להמשיך לנסות גם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מחשבה שחושבים שהיא נכונה בלי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הנחה מוקדמת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לחכות בלי לכעוס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מפרש את מעשה המורה כמבחן קשוח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מחכה בשער ימים ולילות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מטפס עד המקדש שעל 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שולח את הנער משם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הנער מרגיש כשהמורה שולח אותו? איך אתם יודעים?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המורה עושה כשהנער מגיע למקדש?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הנחה מוקדמת היתה לנער, ומה התברר בסוף?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התלמיד שחיכה בשער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